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23A29" w14:textId="1AA53735" w:rsidR="003C18EC" w:rsidRPr="005767AC" w:rsidRDefault="009429B5">
      <w:pPr>
        <w:pStyle w:val="Heading1"/>
        <w:jc w:val="center"/>
        <w:rPr>
          <w:rFonts w:ascii="Arial" w:hAnsi="Arial" w:cs="Arial"/>
          <w:color w:val="auto"/>
        </w:rPr>
      </w:pPr>
      <w:r w:rsidRPr="005767AC">
        <w:rPr>
          <w:rFonts w:ascii="Arial" w:hAnsi="Arial" w:cs="Arial"/>
          <w:color w:val="auto"/>
        </w:rPr>
        <w:t>Request for Approval to Attend HEIDENHAIN CNC Training</w:t>
      </w:r>
    </w:p>
    <w:p w14:paraId="3D5E1CF6" w14:textId="77777777" w:rsidR="009429B5" w:rsidRDefault="009429B5" w:rsidP="009429B5">
      <w:pPr>
        <w:ind w:left="-450" w:right="-720"/>
        <w:rPr>
          <w:rFonts w:ascii="Arial" w:hAnsi="Arial" w:cs="Arial"/>
        </w:rPr>
      </w:pPr>
    </w:p>
    <w:p w14:paraId="511DF9F4" w14:textId="4A97D1F2" w:rsidR="003C18EC" w:rsidRPr="009429B5" w:rsidRDefault="009429B5" w:rsidP="009429B5">
      <w:pPr>
        <w:ind w:left="-450" w:right="-720"/>
        <w:rPr>
          <w:rFonts w:ascii="Arial" w:hAnsi="Arial" w:cs="Arial"/>
        </w:rPr>
      </w:pPr>
      <w:r w:rsidRPr="009429B5">
        <w:rPr>
          <w:rFonts w:ascii="Arial" w:hAnsi="Arial" w:cs="Arial"/>
        </w:rPr>
        <w:t>Dear [Supervisor's Name],</w:t>
      </w:r>
      <w:r w:rsidRPr="009429B5">
        <w:rPr>
          <w:rFonts w:ascii="Arial" w:hAnsi="Arial" w:cs="Arial"/>
        </w:rPr>
        <w:br/>
      </w:r>
      <w:r w:rsidRPr="009429B5">
        <w:rPr>
          <w:rFonts w:ascii="Arial" w:hAnsi="Arial" w:cs="Arial"/>
        </w:rPr>
        <w:br/>
        <w:t>I am writing to request approval to attend an upcoming CNC training course that I believe will significantly benefit our operations and my professional development.</w:t>
      </w:r>
      <w:r w:rsidRPr="009429B5">
        <w:rPr>
          <w:rFonts w:ascii="Arial" w:hAnsi="Arial" w:cs="Arial"/>
        </w:rPr>
        <w:br/>
      </w:r>
      <w:r w:rsidRPr="009429B5">
        <w:rPr>
          <w:rFonts w:ascii="Arial" w:hAnsi="Arial" w:cs="Arial"/>
        </w:rPr>
        <w:br/>
        <w:t>The training, titled [Insert Training Name], is scheduled for [Insert Date(s)] at [Insert Location or Online Platform]. It covers advanced CNC programming, machine setup, troubleshooting, and precision machining techniques.</w:t>
      </w:r>
    </w:p>
    <w:p w14:paraId="060AF54A" w14:textId="77777777" w:rsidR="003C18EC" w:rsidRPr="005767AC" w:rsidRDefault="009429B5">
      <w:pPr>
        <w:pStyle w:val="Heading2"/>
        <w:rPr>
          <w:rFonts w:ascii="Arial" w:hAnsi="Arial" w:cs="Arial"/>
          <w:color w:val="auto"/>
        </w:rPr>
      </w:pPr>
      <w:r w:rsidRPr="005767AC">
        <w:rPr>
          <w:rFonts w:ascii="Arial" w:hAnsi="Arial" w:cs="Arial"/>
          <w:color w:val="auto"/>
        </w:rPr>
        <w:t>Reasons for Attending:</w:t>
      </w:r>
    </w:p>
    <w:p w14:paraId="6D70BDB8" w14:textId="77777777" w:rsidR="003C18EC" w:rsidRPr="009429B5" w:rsidRDefault="009429B5">
      <w:pPr>
        <w:rPr>
          <w:rFonts w:ascii="Arial" w:hAnsi="Arial" w:cs="Arial"/>
        </w:rPr>
      </w:pPr>
      <w:r w:rsidRPr="009429B5">
        <w:rPr>
          <w:rFonts w:ascii="Arial" w:hAnsi="Arial" w:cs="Arial"/>
        </w:rPr>
        <w:t>- Skill Advancement: Enhances my ability to program and operate CNC machines efficiently, reducing setup time and improving part accuracy.</w:t>
      </w:r>
    </w:p>
    <w:p w14:paraId="192B31A2" w14:textId="77777777" w:rsidR="003C18EC" w:rsidRPr="009429B5" w:rsidRDefault="009429B5">
      <w:pPr>
        <w:rPr>
          <w:rFonts w:ascii="Arial" w:hAnsi="Arial" w:cs="Arial"/>
        </w:rPr>
      </w:pPr>
      <w:r w:rsidRPr="009429B5">
        <w:rPr>
          <w:rFonts w:ascii="Arial" w:hAnsi="Arial" w:cs="Arial"/>
        </w:rPr>
        <w:t>- Reduced Downtime: Improves my ability to diagnose and resolve machine issues quickly, minimizing production delays.</w:t>
      </w:r>
    </w:p>
    <w:p w14:paraId="291BDC02" w14:textId="77777777" w:rsidR="003C18EC" w:rsidRPr="009429B5" w:rsidRDefault="009429B5">
      <w:pPr>
        <w:rPr>
          <w:rFonts w:ascii="Arial" w:hAnsi="Arial" w:cs="Arial"/>
        </w:rPr>
      </w:pPr>
      <w:r w:rsidRPr="009429B5">
        <w:rPr>
          <w:rFonts w:ascii="Arial" w:hAnsi="Arial" w:cs="Arial"/>
        </w:rPr>
        <w:t>- Knowledge Sharing: I will share key learnings with our team to help elevate overall shop performance.</w:t>
      </w:r>
    </w:p>
    <w:p w14:paraId="2CD40F7F" w14:textId="77777777" w:rsidR="003C18EC" w:rsidRPr="009429B5" w:rsidRDefault="009429B5">
      <w:pPr>
        <w:rPr>
          <w:rFonts w:ascii="Arial" w:hAnsi="Arial" w:cs="Arial"/>
        </w:rPr>
      </w:pPr>
      <w:r w:rsidRPr="009429B5">
        <w:rPr>
          <w:rFonts w:ascii="Arial" w:hAnsi="Arial" w:cs="Arial"/>
        </w:rPr>
        <w:t>- Safety and Compliance: Includes updated safety protocols and operational standards essential for maintaining a safe work environment.</w:t>
      </w:r>
    </w:p>
    <w:p w14:paraId="6A70FED6" w14:textId="77777777" w:rsidR="009429B5" w:rsidRDefault="009429B5">
      <w:pPr>
        <w:pStyle w:val="Heading2"/>
        <w:rPr>
          <w:rFonts w:ascii="Arial" w:hAnsi="Arial" w:cs="Arial"/>
        </w:rPr>
      </w:pPr>
    </w:p>
    <w:p w14:paraId="5E633BA6" w14:textId="5E89E05B" w:rsidR="003C18EC" w:rsidRPr="005767AC" w:rsidRDefault="009429B5">
      <w:pPr>
        <w:pStyle w:val="Heading2"/>
        <w:rPr>
          <w:rFonts w:ascii="Arial" w:hAnsi="Arial" w:cs="Arial"/>
          <w:color w:val="auto"/>
        </w:rPr>
      </w:pPr>
      <w:r w:rsidRPr="005767AC">
        <w:rPr>
          <w:rFonts w:ascii="Arial" w:hAnsi="Arial" w:cs="Arial"/>
          <w:color w:val="auto"/>
        </w:rPr>
        <w:t>Cost-Benefit Analysis:</w:t>
      </w:r>
    </w:p>
    <w:p w14:paraId="1FF43835" w14:textId="77777777" w:rsidR="003C18EC" w:rsidRPr="009429B5" w:rsidRDefault="009429B5">
      <w:pPr>
        <w:rPr>
          <w:rFonts w:ascii="Arial" w:hAnsi="Arial" w:cs="Arial"/>
        </w:rPr>
      </w:pPr>
      <w:r w:rsidRPr="009429B5">
        <w:rPr>
          <w:rFonts w:ascii="Arial" w:hAnsi="Arial" w:cs="Arial"/>
        </w:rPr>
        <w:t>Training Cost:</w:t>
      </w:r>
    </w:p>
    <w:p w14:paraId="771D081E" w14:textId="77777777" w:rsidR="003C18EC" w:rsidRPr="009429B5" w:rsidRDefault="009429B5">
      <w:pPr>
        <w:rPr>
          <w:rFonts w:ascii="Arial" w:hAnsi="Arial" w:cs="Arial"/>
        </w:rPr>
      </w:pPr>
      <w:r w:rsidRPr="009429B5">
        <w:rPr>
          <w:rFonts w:ascii="Arial" w:hAnsi="Arial" w:cs="Arial"/>
        </w:rPr>
        <w:t>- Course Fee: $[Insert Amount]</w:t>
      </w:r>
    </w:p>
    <w:p w14:paraId="2FCD4FF3" w14:textId="77777777" w:rsidR="003C18EC" w:rsidRPr="009429B5" w:rsidRDefault="009429B5">
      <w:pPr>
        <w:rPr>
          <w:rFonts w:ascii="Arial" w:hAnsi="Arial" w:cs="Arial"/>
        </w:rPr>
      </w:pPr>
      <w:r w:rsidRPr="009429B5">
        <w:rPr>
          <w:rFonts w:ascii="Arial" w:hAnsi="Arial" w:cs="Arial"/>
        </w:rPr>
        <w:t>- Travel/Accommodation (if applicable): $[Insert Amount]</w:t>
      </w:r>
    </w:p>
    <w:p w14:paraId="7280EA3A" w14:textId="77777777" w:rsidR="003C18EC" w:rsidRPr="009429B5" w:rsidRDefault="009429B5">
      <w:pPr>
        <w:rPr>
          <w:rFonts w:ascii="Arial" w:hAnsi="Arial" w:cs="Arial"/>
        </w:rPr>
      </w:pPr>
      <w:r w:rsidRPr="009429B5">
        <w:rPr>
          <w:rFonts w:ascii="Arial" w:hAnsi="Arial" w:cs="Arial"/>
        </w:rPr>
        <w:t>- Lost Production Time: $[Insert Amount]</w:t>
      </w:r>
    </w:p>
    <w:p w14:paraId="56A6A1D0" w14:textId="77777777" w:rsidR="003C18EC" w:rsidRPr="009429B5" w:rsidRDefault="009429B5">
      <w:pPr>
        <w:rPr>
          <w:rFonts w:ascii="Arial" w:hAnsi="Arial" w:cs="Arial"/>
        </w:rPr>
      </w:pPr>
      <w:r w:rsidRPr="009429B5">
        <w:rPr>
          <w:rFonts w:ascii="Arial" w:hAnsi="Arial" w:cs="Arial"/>
        </w:rPr>
        <w:t>- Total Estimated Cost: $[Total]</w:t>
      </w:r>
    </w:p>
    <w:p w14:paraId="519A9462" w14:textId="77777777" w:rsidR="003C18EC" w:rsidRPr="009429B5" w:rsidRDefault="009429B5">
      <w:pPr>
        <w:rPr>
          <w:rFonts w:ascii="Arial" w:hAnsi="Arial" w:cs="Arial"/>
        </w:rPr>
      </w:pPr>
      <w:r w:rsidRPr="009429B5">
        <w:rPr>
          <w:rFonts w:ascii="Arial" w:hAnsi="Arial" w:cs="Arial"/>
        </w:rPr>
        <w:t>Expected Benefits:</w:t>
      </w:r>
    </w:p>
    <w:p w14:paraId="323B5C0E" w14:textId="77777777" w:rsidR="003C18EC" w:rsidRPr="009429B5" w:rsidRDefault="009429B5">
      <w:pPr>
        <w:rPr>
          <w:rFonts w:ascii="Arial" w:hAnsi="Arial" w:cs="Arial"/>
        </w:rPr>
      </w:pPr>
      <w:r w:rsidRPr="009429B5">
        <w:rPr>
          <w:rFonts w:ascii="Arial" w:hAnsi="Arial" w:cs="Arial"/>
        </w:rPr>
        <w:t>- Increased Productivity: Faster setups and reduced cycle times could save an estimated [Insert Hours] hours/month, translating to improved throughput.</w:t>
      </w:r>
    </w:p>
    <w:p w14:paraId="2A474081" w14:textId="77777777" w:rsidR="003C18EC" w:rsidRPr="009429B5" w:rsidRDefault="009429B5">
      <w:pPr>
        <w:rPr>
          <w:rFonts w:ascii="Arial" w:hAnsi="Arial" w:cs="Arial"/>
        </w:rPr>
      </w:pPr>
      <w:r w:rsidRPr="009429B5">
        <w:rPr>
          <w:rFonts w:ascii="Arial" w:hAnsi="Arial" w:cs="Arial"/>
        </w:rPr>
        <w:t>- Reduced Downtime: Quicker troubleshooting could prevent [Insert Estimated Hours] hours/month of lost production.</w:t>
      </w:r>
    </w:p>
    <w:p w14:paraId="0A827048" w14:textId="77777777" w:rsidR="003C18EC" w:rsidRPr="009429B5" w:rsidRDefault="009429B5">
      <w:pPr>
        <w:rPr>
          <w:rFonts w:ascii="Arial" w:hAnsi="Arial" w:cs="Arial"/>
        </w:rPr>
      </w:pPr>
      <w:r w:rsidRPr="009429B5">
        <w:rPr>
          <w:rFonts w:ascii="Arial" w:hAnsi="Arial" w:cs="Arial"/>
        </w:rPr>
        <w:t>- Quality Improvements: Fewer errors and rework could reduce scrap rates by [Insert %], saving material costs.</w:t>
      </w:r>
    </w:p>
    <w:p w14:paraId="491A1E59" w14:textId="77777777" w:rsidR="003C18EC" w:rsidRPr="009429B5" w:rsidRDefault="009429B5">
      <w:pPr>
        <w:rPr>
          <w:rFonts w:ascii="Arial" w:hAnsi="Arial" w:cs="Arial"/>
        </w:rPr>
      </w:pPr>
      <w:r w:rsidRPr="009429B5">
        <w:rPr>
          <w:rFonts w:ascii="Arial" w:hAnsi="Arial" w:cs="Arial"/>
        </w:rPr>
        <w:t>- Internal Training: Sharing knowledge with peers could multiply the value of the training across the team.</w:t>
      </w:r>
    </w:p>
    <w:p w14:paraId="0A0B0BE9" w14:textId="77777777" w:rsidR="003C18EC" w:rsidRPr="009429B5" w:rsidRDefault="009429B5">
      <w:pPr>
        <w:rPr>
          <w:rFonts w:ascii="Arial" w:hAnsi="Arial" w:cs="Arial"/>
        </w:rPr>
      </w:pPr>
      <w:r w:rsidRPr="009429B5">
        <w:rPr>
          <w:rFonts w:ascii="Arial" w:hAnsi="Arial" w:cs="Arial"/>
        </w:rPr>
        <w:lastRenderedPageBreak/>
        <w:t>Overall, the return on investment is expected to exceed the training cost within a few months through improved efficiency, reduced waste, and enhanced team capability.</w:t>
      </w:r>
    </w:p>
    <w:p w14:paraId="64D4995F" w14:textId="77777777" w:rsidR="003C18EC" w:rsidRPr="009429B5" w:rsidRDefault="009429B5">
      <w:pPr>
        <w:rPr>
          <w:rFonts w:ascii="Arial" w:hAnsi="Arial" w:cs="Arial"/>
        </w:rPr>
      </w:pPr>
      <w:r w:rsidRPr="009429B5">
        <w:rPr>
          <w:rFonts w:ascii="Arial" w:hAnsi="Arial" w:cs="Arial"/>
        </w:rPr>
        <w:t>Thank you for considering my request. I am confident this training will be a valuable investment for our team and look forward to your approval.</w:t>
      </w:r>
      <w:r w:rsidRPr="009429B5">
        <w:rPr>
          <w:rFonts w:ascii="Arial" w:hAnsi="Arial" w:cs="Arial"/>
        </w:rPr>
        <w:br/>
      </w:r>
      <w:r w:rsidRPr="009429B5">
        <w:rPr>
          <w:rFonts w:ascii="Arial" w:hAnsi="Arial" w:cs="Arial"/>
        </w:rPr>
        <w:br/>
        <w:t>Sincerely,</w:t>
      </w:r>
      <w:r w:rsidRPr="009429B5">
        <w:rPr>
          <w:rFonts w:ascii="Arial" w:hAnsi="Arial" w:cs="Arial"/>
        </w:rPr>
        <w:br/>
        <w:t>[Your Full Name]</w:t>
      </w:r>
      <w:r w:rsidRPr="009429B5">
        <w:rPr>
          <w:rFonts w:ascii="Arial" w:hAnsi="Arial" w:cs="Arial"/>
        </w:rPr>
        <w:br/>
        <w:t>[Your Job Title]</w:t>
      </w:r>
      <w:r w:rsidRPr="009429B5">
        <w:rPr>
          <w:rFonts w:ascii="Arial" w:hAnsi="Arial" w:cs="Arial"/>
        </w:rPr>
        <w:br/>
        <w:t>[Contact Information]</w:t>
      </w:r>
    </w:p>
    <w:p w14:paraId="1B883582" w14:textId="42F00142" w:rsidR="009429B5" w:rsidRDefault="009429B5"/>
    <w:p w14:paraId="16BD4EFC" w14:textId="77777777" w:rsidR="004D5AF5" w:rsidRDefault="004D5AF5"/>
    <w:p w14:paraId="781D7743" w14:textId="1470A401" w:rsidR="004D5AF5" w:rsidRPr="009429B5" w:rsidRDefault="009429B5">
      <w:pPr>
        <w:rPr>
          <w:rFonts w:ascii="Arial" w:hAnsi="Arial" w:cs="Arial"/>
        </w:rPr>
      </w:pPr>
      <w:r w:rsidRPr="009429B5">
        <w:rPr>
          <w:rFonts w:ascii="Arial" w:hAnsi="Arial" w:cs="Arial"/>
        </w:rPr>
        <w:t>Optional section to show ROI</w:t>
      </w:r>
      <w:r>
        <w:rPr>
          <w:rFonts w:ascii="Arial" w:hAnsi="Arial" w:cs="Arial"/>
        </w:rPr>
        <w:t xml:space="preserve"> – Only example update with your own $ cost etc.</w:t>
      </w:r>
    </w:p>
    <w:p w14:paraId="359B0706" w14:textId="77777777" w:rsidR="004D5AF5" w:rsidRPr="009429B5" w:rsidRDefault="004D5AF5">
      <w:pPr>
        <w:rPr>
          <w:rFonts w:ascii="Arial" w:hAnsi="Arial" w:cs="Arial"/>
        </w:rPr>
      </w:pPr>
    </w:p>
    <w:p w14:paraId="088CF966" w14:textId="3EBBA49B" w:rsidR="004D5AF5" w:rsidRPr="004D5AF5" w:rsidRDefault="004D5AF5" w:rsidP="004D5AF5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9429B5">
        <w:rPr>
          <w:rFonts w:ascii="Arial" w:eastAsia="Times New Roman" w:hAnsi="Arial" w:cs="Arial"/>
          <w:b/>
          <w:bCs/>
          <w:sz w:val="24"/>
          <w:szCs w:val="24"/>
        </w:rPr>
        <w:t>1.T</w:t>
      </w:r>
      <w:r w:rsidRPr="004D5AF5">
        <w:rPr>
          <w:rFonts w:ascii="Arial" w:eastAsia="Times New Roman" w:hAnsi="Arial" w:cs="Arial"/>
          <w:b/>
          <w:bCs/>
          <w:sz w:val="24"/>
          <w:szCs w:val="24"/>
        </w:rPr>
        <w:t>raining Costs</w:t>
      </w:r>
    </w:p>
    <w:p w14:paraId="23488384" w14:textId="10EFBC31" w:rsidR="004D5AF5" w:rsidRPr="004D5AF5" w:rsidRDefault="004D5AF5" w:rsidP="004D5AF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4D5AF5">
        <w:rPr>
          <w:rFonts w:ascii="Arial" w:eastAsia="Times New Roman" w:hAnsi="Arial" w:cs="Arial"/>
          <w:b/>
          <w:bCs/>
          <w:sz w:val="24"/>
          <w:szCs w:val="24"/>
        </w:rPr>
        <w:t>Course Fee</w:t>
      </w:r>
      <w:r w:rsidRPr="004D5AF5">
        <w:rPr>
          <w:rFonts w:ascii="Arial" w:eastAsia="Times New Roman" w:hAnsi="Arial" w:cs="Arial"/>
          <w:sz w:val="24"/>
          <w:szCs w:val="24"/>
        </w:rPr>
        <w:t>: e.g., $</w:t>
      </w:r>
      <w:r w:rsidRPr="009429B5">
        <w:rPr>
          <w:rFonts w:ascii="Arial" w:eastAsia="Times New Roman" w:hAnsi="Arial" w:cs="Arial"/>
          <w:sz w:val="24"/>
          <w:szCs w:val="24"/>
        </w:rPr>
        <w:t>9</w:t>
      </w:r>
      <w:r w:rsidRPr="004D5AF5">
        <w:rPr>
          <w:rFonts w:ascii="Arial" w:eastAsia="Times New Roman" w:hAnsi="Arial" w:cs="Arial"/>
          <w:sz w:val="24"/>
          <w:szCs w:val="24"/>
        </w:rPr>
        <w:t>50</w:t>
      </w:r>
    </w:p>
    <w:p w14:paraId="2FEA210B" w14:textId="77777777" w:rsidR="004D5AF5" w:rsidRPr="004D5AF5" w:rsidRDefault="004D5AF5" w:rsidP="004D5AF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4D5AF5">
        <w:rPr>
          <w:rFonts w:ascii="Arial" w:eastAsia="Times New Roman" w:hAnsi="Arial" w:cs="Arial"/>
          <w:b/>
          <w:bCs/>
          <w:sz w:val="24"/>
          <w:szCs w:val="24"/>
        </w:rPr>
        <w:t>Travel &amp; Lodging</w:t>
      </w:r>
      <w:r w:rsidRPr="004D5AF5">
        <w:rPr>
          <w:rFonts w:ascii="Arial" w:eastAsia="Times New Roman" w:hAnsi="Arial" w:cs="Arial"/>
          <w:sz w:val="24"/>
          <w:szCs w:val="24"/>
        </w:rPr>
        <w:t xml:space="preserve"> (if applicable): e.g., $500</w:t>
      </w:r>
    </w:p>
    <w:p w14:paraId="44025E6A" w14:textId="13FAA099" w:rsidR="004D5AF5" w:rsidRPr="004D5AF5" w:rsidRDefault="004D5AF5" w:rsidP="004D5AF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4D5AF5">
        <w:rPr>
          <w:rFonts w:ascii="Arial" w:eastAsia="Times New Roman" w:hAnsi="Arial" w:cs="Arial"/>
          <w:b/>
          <w:bCs/>
          <w:sz w:val="24"/>
          <w:szCs w:val="24"/>
        </w:rPr>
        <w:t>Lost Production Time</w:t>
      </w:r>
      <w:r w:rsidRPr="004D5AF5">
        <w:rPr>
          <w:rFonts w:ascii="Arial" w:eastAsia="Times New Roman" w:hAnsi="Arial" w:cs="Arial"/>
          <w:sz w:val="24"/>
          <w:szCs w:val="24"/>
        </w:rPr>
        <w:t xml:space="preserve">: e.g., </w:t>
      </w:r>
      <w:r w:rsidRPr="009429B5">
        <w:rPr>
          <w:rFonts w:ascii="Arial" w:eastAsia="Times New Roman" w:hAnsi="Arial" w:cs="Arial"/>
          <w:sz w:val="24"/>
          <w:szCs w:val="24"/>
        </w:rPr>
        <w:t>5</w:t>
      </w:r>
      <w:r w:rsidRPr="004D5AF5">
        <w:rPr>
          <w:rFonts w:ascii="Arial" w:eastAsia="Times New Roman" w:hAnsi="Arial" w:cs="Arial"/>
          <w:sz w:val="24"/>
          <w:szCs w:val="24"/>
        </w:rPr>
        <w:t xml:space="preserve"> days at $25/hour × 8 hours/day = $</w:t>
      </w:r>
      <w:r w:rsidRPr="009429B5">
        <w:rPr>
          <w:rFonts w:ascii="Arial" w:eastAsia="Times New Roman" w:hAnsi="Arial" w:cs="Arial"/>
          <w:sz w:val="24"/>
          <w:szCs w:val="24"/>
        </w:rPr>
        <w:t>10</w:t>
      </w:r>
      <w:r w:rsidRPr="004D5AF5">
        <w:rPr>
          <w:rFonts w:ascii="Arial" w:eastAsia="Times New Roman" w:hAnsi="Arial" w:cs="Arial"/>
          <w:sz w:val="24"/>
          <w:szCs w:val="24"/>
        </w:rPr>
        <w:t>00</w:t>
      </w:r>
    </w:p>
    <w:p w14:paraId="29ECE3EC" w14:textId="4D474609" w:rsidR="004D5AF5" w:rsidRPr="004D5AF5" w:rsidRDefault="004D5AF5" w:rsidP="004D5AF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4D5AF5">
        <w:rPr>
          <w:rFonts w:ascii="Arial" w:eastAsia="Times New Roman" w:hAnsi="Arial" w:cs="Arial"/>
          <w:b/>
          <w:bCs/>
          <w:sz w:val="24"/>
          <w:szCs w:val="24"/>
        </w:rPr>
        <w:t>Total Cost</w:t>
      </w:r>
      <w:r w:rsidRPr="004D5AF5">
        <w:rPr>
          <w:rFonts w:ascii="Arial" w:eastAsia="Times New Roman" w:hAnsi="Arial" w:cs="Arial"/>
          <w:sz w:val="24"/>
          <w:szCs w:val="24"/>
        </w:rPr>
        <w:t>: $2,4</w:t>
      </w:r>
      <w:r w:rsidRPr="009429B5">
        <w:rPr>
          <w:rFonts w:ascii="Arial" w:eastAsia="Times New Roman" w:hAnsi="Arial" w:cs="Arial"/>
          <w:sz w:val="24"/>
          <w:szCs w:val="24"/>
        </w:rPr>
        <w:t>50</w:t>
      </w:r>
    </w:p>
    <w:p w14:paraId="7FF09F49" w14:textId="77777777" w:rsidR="004D5AF5" w:rsidRPr="004D5AF5" w:rsidRDefault="004D5AF5" w:rsidP="004D5AF5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4D5AF5">
        <w:rPr>
          <w:rFonts w:ascii="Arial" w:eastAsia="Times New Roman" w:hAnsi="Arial" w:cs="Arial"/>
          <w:b/>
          <w:bCs/>
          <w:sz w:val="24"/>
          <w:szCs w:val="24"/>
        </w:rPr>
        <w:t>2. Expected Benefits</w:t>
      </w:r>
    </w:p>
    <w:p w14:paraId="4D1BA975" w14:textId="77777777" w:rsidR="004D5AF5" w:rsidRPr="004D5AF5" w:rsidRDefault="004D5AF5" w:rsidP="004D5AF5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4D5AF5">
        <w:rPr>
          <w:rFonts w:ascii="Arial" w:eastAsia="Times New Roman" w:hAnsi="Arial" w:cs="Arial"/>
          <w:sz w:val="24"/>
          <w:szCs w:val="24"/>
        </w:rPr>
        <w:t>Let’s estimate monthly savings from improved efficiency and reduced downtime:</w:t>
      </w:r>
    </w:p>
    <w:p w14:paraId="3940C3BF" w14:textId="77777777" w:rsidR="004D5AF5" w:rsidRPr="004D5AF5" w:rsidRDefault="004D5AF5" w:rsidP="004D5AF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4D5AF5">
        <w:rPr>
          <w:rFonts w:ascii="Arial" w:eastAsia="Times New Roman" w:hAnsi="Arial" w:cs="Arial"/>
          <w:b/>
          <w:bCs/>
          <w:sz w:val="24"/>
          <w:szCs w:val="24"/>
        </w:rPr>
        <w:t>Reduced Setup Time</w:t>
      </w:r>
      <w:r w:rsidRPr="004D5AF5">
        <w:rPr>
          <w:rFonts w:ascii="Arial" w:eastAsia="Times New Roman" w:hAnsi="Arial" w:cs="Arial"/>
          <w:sz w:val="24"/>
          <w:szCs w:val="24"/>
        </w:rPr>
        <w:t xml:space="preserve">: </w:t>
      </w:r>
    </w:p>
    <w:p w14:paraId="04A252DA" w14:textId="77777777" w:rsidR="004D5AF5" w:rsidRPr="004D5AF5" w:rsidRDefault="004D5AF5" w:rsidP="004D5AF5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4D5AF5">
        <w:rPr>
          <w:rFonts w:ascii="Arial" w:eastAsia="Times New Roman" w:hAnsi="Arial" w:cs="Arial"/>
          <w:sz w:val="24"/>
          <w:szCs w:val="24"/>
        </w:rPr>
        <w:t>Savings: 1 hour/day × 20 days/month × $25/hour = $500/month</w:t>
      </w:r>
    </w:p>
    <w:p w14:paraId="62512E37" w14:textId="77777777" w:rsidR="004D5AF5" w:rsidRPr="004D5AF5" w:rsidRDefault="004D5AF5" w:rsidP="004D5AF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4D5AF5">
        <w:rPr>
          <w:rFonts w:ascii="Arial" w:eastAsia="Times New Roman" w:hAnsi="Arial" w:cs="Arial"/>
          <w:b/>
          <w:bCs/>
          <w:sz w:val="24"/>
          <w:szCs w:val="24"/>
        </w:rPr>
        <w:t>Reduced Downtime</w:t>
      </w:r>
      <w:r w:rsidRPr="004D5AF5">
        <w:rPr>
          <w:rFonts w:ascii="Arial" w:eastAsia="Times New Roman" w:hAnsi="Arial" w:cs="Arial"/>
          <w:sz w:val="24"/>
          <w:szCs w:val="24"/>
        </w:rPr>
        <w:t xml:space="preserve">: </w:t>
      </w:r>
    </w:p>
    <w:p w14:paraId="5F66D696" w14:textId="77777777" w:rsidR="004D5AF5" w:rsidRPr="004D5AF5" w:rsidRDefault="004D5AF5" w:rsidP="004D5AF5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4D5AF5">
        <w:rPr>
          <w:rFonts w:ascii="Arial" w:eastAsia="Times New Roman" w:hAnsi="Arial" w:cs="Arial"/>
          <w:sz w:val="24"/>
          <w:szCs w:val="24"/>
        </w:rPr>
        <w:t>Savings: 5 hours/month × $25/hour = $125/month</w:t>
      </w:r>
    </w:p>
    <w:p w14:paraId="074313D5" w14:textId="77777777" w:rsidR="004D5AF5" w:rsidRPr="004D5AF5" w:rsidRDefault="004D5AF5" w:rsidP="004D5AF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4D5AF5">
        <w:rPr>
          <w:rFonts w:ascii="Arial" w:eastAsia="Times New Roman" w:hAnsi="Arial" w:cs="Arial"/>
          <w:b/>
          <w:bCs/>
          <w:sz w:val="24"/>
          <w:szCs w:val="24"/>
        </w:rPr>
        <w:t>Reduced Scrap/Rework</w:t>
      </w:r>
      <w:r w:rsidRPr="004D5AF5">
        <w:rPr>
          <w:rFonts w:ascii="Arial" w:eastAsia="Times New Roman" w:hAnsi="Arial" w:cs="Arial"/>
          <w:sz w:val="24"/>
          <w:szCs w:val="24"/>
        </w:rPr>
        <w:t xml:space="preserve">: </w:t>
      </w:r>
    </w:p>
    <w:p w14:paraId="335C95F7" w14:textId="77777777" w:rsidR="004D5AF5" w:rsidRPr="004D5AF5" w:rsidRDefault="004D5AF5" w:rsidP="004D5AF5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4D5AF5">
        <w:rPr>
          <w:rFonts w:ascii="Arial" w:eastAsia="Times New Roman" w:hAnsi="Arial" w:cs="Arial"/>
          <w:sz w:val="24"/>
          <w:szCs w:val="24"/>
        </w:rPr>
        <w:t>Savings: $300/month</w:t>
      </w:r>
    </w:p>
    <w:p w14:paraId="01F1F86E" w14:textId="77777777" w:rsidR="004D5AF5" w:rsidRPr="004D5AF5" w:rsidRDefault="004D5AF5" w:rsidP="004D5AF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4D5AF5">
        <w:rPr>
          <w:rFonts w:ascii="Arial" w:eastAsia="Times New Roman" w:hAnsi="Arial" w:cs="Arial"/>
          <w:b/>
          <w:bCs/>
          <w:sz w:val="24"/>
          <w:szCs w:val="24"/>
        </w:rPr>
        <w:t>Knowledge Sharing</w:t>
      </w:r>
      <w:r w:rsidRPr="004D5AF5">
        <w:rPr>
          <w:rFonts w:ascii="Arial" w:eastAsia="Times New Roman" w:hAnsi="Arial" w:cs="Arial"/>
          <w:sz w:val="24"/>
          <w:szCs w:val="24"/>
        </w:rPr>
        <w:t xml:space="preserve">: </w:t>
      </w:r>
    </w:p>
    <w:p w14:paraId="3AD44351" w14:textId="77777777" w:rsidR="004D5AF5" w:rsidRPr="004D5AF5" w:rsidRDefault="004D5AF5" w:rsidP="004D5AF5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4D5AF5">
        <w:rPr>
          <w:rFonts w:ascii="Arial" w:eastAsia="Times New Roman" w:hAnsi="Arial" w:cs="Arial"/>
          <w:sz w:val="24"/>
          <w:szCs w:val="24"/>
        </w:rPr>
        <w:t>Team productivity boost: $200/month</w:t>
      </w:r>
    </w:p>
    <w:p w14:paraId="7C274C79" w14:textId="0EE8926F" w:rsidR="004D5AF5" w:rsidRPr="004D5AF5" w:rsidRDefault="004D5AF5" w:rsidP="004D5AF5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4D5AF5">
        <w:rPr>
          <w:rFonts w:ascii="Arial" w:eastAsia="Times New Roman" w:hAnsi="Arial" w:cs="Arial"/>
          <w:b/>
          <w:bCs/>
          <w:sz w:val="24"/>
          <w:szCs w:val="24"/>
        </w:rPr>
        <w:t>Total Monthly Benefit</w:t>
      </w:r>
      <w:r w:rsidRPr="004D5AF5">
        <w:rPr>
          <w:rFonts w:ascii="Arial" w:eastAsia="Times New Roman" w:hAnsi="Arial" w:cs="Arial"/>
          <w:sz w:val="24"/>
          <w:szCs w:val="24"/>
        </w:rPr>
        <w:t>: $1,125</w:t>
      </w:r>
      <w:r w:rsidRPr="004D5AF5">
        <w:rPr>
          <w:rFonts w:ascii="Arial" w:eastAsia="Times New Roman" w:hAnsi="Arial" w:cs="Arial"/>
          <w:sz w:val="24"/>
          <w:szCs w:val="24"/>
        </w:rPr>
        <w:br/>
      </w:r>
      <w:r w:rsidRPr="004D5AF5">
        <w:rPr>
          <w:rFonts w:ascii="Arial" w:eastAsia="Times New Roman" w:hAnsi="Arial" w:cs="Arial"/>
          <w:b/>
          <w:bCs/>
          <w:sz w:val="24"/>
          <w:szCs w:val="24"/>
        </w:rPr>
        <w:t>Payback Period</w:t>
      </w:r>
      <w:r w:rsidRPr="004D5AF5">
        <w:rPr>
          <w:rFonts w:ascii="Arial" w:eastAsia="Times New Roman" w:hAnsi="Arial" w:cs="Arial"/>
          <w:sz w:val="24"/>
          <w:szCs w:val="24"/>
        </w:rPr>
        <w:t xml:space="preserve">: $2,400 ÷ $1,125 ≈ </w:t>
      </w:r>
      <w:r w:rsidRPr="004D5AF5">
        <w:rPr>
          <w:rFonts w:ascii="Arial" w:eastAsia="Times New Roman" w:hAnsi="Arial" w:cs="Arial"/>
          <w:b/>
          <w:bCs/>
          <w:sz w:val="24"/>
          <w:szCs w:val="24"/>
        </w:rPr>
        <w:t>2.1</w:t>
      </w:r>
      <w:r w:rsidRPr="009429B5">
        <w:rPr>
          <w:rFonts w:ascii="Arial" w:eastAsia="Times New Roman" w:hAnsi="Arial" w:cs="Arial"/>
          <w:b/>
          <w:bCs/>
          <w:sz w:val="24"/>
          <w:szCs w:val="24"/>
        </w:rPr>
        <w:t>8</w:t>
      </w:r>
      <w:r w:rsidRPr="004D5AF5">
        <w:rPr>
          <w:rFonts w:ascii="Arial" w:eastAsia="Times New Roman" w:hAnsi="Arial" w:cs="Arial"/>
          <w:b/>
          <w:bCs/>
          <w:sz w:val="24"/>
          <w:szCs w:val="24"/>
        </w:rPr>
        <w:t xml:space="preserve"> months</w:t>
      </w:r>
    </w:p>
    <w:p w14:paraId="39456078" w14:textId="77777777" w:rsidR="004D5AF5" w:rsidRPr="009429B5" w:rsidRDefault="004D5AF5">
      <w:pPr>
        <w:rPr>
          <w:rFonts w:ascii="Arial" w:hAnsi="Arial" w:cs="Arial"/>
        </w:rPr>
      </w:pPr>
    </w:p>
    <w:sectPr w:rsidR="004D5AF5" w:rsidRPr="009429B5" w:rsidSect="009429B5">
      <w:pgSz w:w="12240" w:h="15840"/>
      <w:pgMar w:top="540" w:right="1800" w:bottom="63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1C8154D"/>
    <w:multiLevelType w:val="multilevel"/>
    <w:tmpl w:val="BEC88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CBF0332"/>
    <w:multiLevelType w:val="multilevel"/>
    <w:tmpl w:val="8294D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46260071">
    <w:abstractNumId w:val="8"/>
  </w:num>
  <w:num w:numId="2" w16cid:durableId="989212128">
    <w:abstractNumId w:val="6"/>
  </w:num>
  <w:num w:numId="3" w16cid:durableId="113646919">
    <w:abstractNumId w:val="5"/>
  </w:num>
  <w:num w:numId="4" w16cid:durableId="1810856005">
    <w:abstractNumId w:val="4"/>
  </w:num>
  <w:num w:numId="5" w16cid:durableId="537933227">
    <w:abstractNumId w:val="7"/>
  </w:num>
  <w:num w:numId="6" w16cid:durableId="1142385856">
    <w:abstractNumId w:val="3"/>
  </w:num>
  <w:num w:numId="7" w16cid:durableId="503670664">
    <w:abstractNumId w:val="2"/>
  </w:num>
  <w:num w:numId="8" w16cid:durableId="679744343">
    <w:abstractNumId w:val="1"/>
  </w:num>
  <w:num w:numId="9" w16cid:durableId="17780091">
    <w:abstractNumId w:val="0"/>
  </w:num>
  <w:num w:numId="10" w16cid:durableId="795568996">
    <w:abstractNumId w:val="10"/>
  </w:num>
  <w:num w:numId="11" w16cid:durableId="87570474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059EC"/>
    <w:rsid w:val="0029639D"/>
    <w:rsid w:val="00326F90"/>
    <w:rsid w:val="003C18EC"/>
    <w:rsid w:val="0043406E"/>
    <w:rsid w:val="004D5AF5"/>
    <w:rsid w:val="005767AC"/>
    <w:rsid w:val="006E1516"/>
    <w:rsid w:val="00922AE4"/>
    <w:rsid w:val="009429B5"/>
    <w:rsid w:val="00AA1D8D"/>
    <w:rsid w:val="00B47730"/>
    <w:rsid w:val="00CB0664"/>
    <w:rsid w:val="00EE4C1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8B9DB11"/>
  <w14:defaultImageDpi w14:val="300"/>
  <w15:docId w15:val="{84A31E17-6668-497B-8EFE-957FAA1E3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464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411</Words>
  <Characters>2344</Characters>
  <Application>Microsoft Office Word</Application>
  <DocSecurity>4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2750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Nelsen Pam</cp:lastModifiedBy>
  <cp:revision>2</cp:revision>
  <dcterms:created xsi:type="dcterms:W3CDTF">2025-11-10T14:18:00Z</dcterms:created>
  <dcterms:modified xsi:type="dcterms:W3CDTF">2025-11-10T14:18:00Z</dcterms:modified>
  <cp:category/>
</cp:coreProperties>
</file>